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CFE8D" w14:textId="77777777" w:rsidR="00B978F9" w:rsidRDefault="00000000" w:rsidP="00B978F9">
      <w:pPr>
        <w:pStyle w:val="NormalWeb"/>
        <w:spacing w:before="0" w:beforeAutospacing="0" w:after="0" w:afterAutospacing="0"/>
      </w:pPr>
      <w:r>
        <w:br/>
      </w:r>
      <w:r w:rsidR="000669E0">
        <w:rPr>
          <w:rStyle w:val="Strong"/>
          <w:rFonts w:eastAsiaTheme="majorEastAsia"/>
        </w:rPr>
        <w:t>Registration Number</w:t>
      </w:r>
      <w:r w:rsidR="000669E0">
        <w:rPr>
          <w:rStyle w:val="Strong"/>
        </w:rPr>
        <w:t>:</w:t>
      </w:r>
      <w:r w:rsidR="000669E0">
        <w:t xml:space="preserve"> </w:t>
      </w:r>
      <w:r w:rsidR="000669E0">
        <w:rPr>
          <w:rStyle w:val="Strong"/>
        </w:rPr>
        <w:t>2026-KUSAT-DIAC-001</w:t>
      </w:r>
      <w:r w:rsidR="000669E0">
        <w:br/>
      </w:r>
      <w:r w:rsidR="000669E0">
        <w:rPr>
          <w:rStyle w:val="Strong"/>
        </w:rPr>
        <w:t>Date:</w:t>
      </w:r>
      <w:r w:rsidR="000669E0">
        <w:t xml:space="preserve"> January 3, 2026</w:t>
      </w:r>
    </w:p>
    <w:p w14:paraId="49FEF944" w14:textId="2C7BA9C7" w:rsidR="000669E0" w:rsidRDefault="000669E0" w:rsidP="00B978F9">
      <w:pPr>
        <w:pStyle w:val="NormalWeb"/>
        <w:spacing w:after="0" w:afterAutospacing="0"/>
      </w:pPr>
      <w:r>
        <w:br/>
        <w:t xml:space="preserve">Cynthia Darrel </w:t>
      </w:r>
      <w:proofErr w:type="spellStart"/>
      <w:r>
        <w:t>Awour</w:t>
      </w:r>
      <w:proofErr w:type="spellEnd"/>
      <w:r>
        <w:br/>
        <w:t>Passport No: XXX</w:t>
      </w:r>
      <w:r>
        <w:br/>
        <w:t>Address: XXX</w:t>
      </w:r>
      <w:r>
        <w:br/>
        <w:t>Email: XXX</w:t>
      </w:r>
      <w:r>
        <w:br/>
        <w:t>Phone: XXX</w:t>
      </w:r>
    </w:p>
    <w:p w14:paraId="4B4431C9" w14:textId="77777777" w:rsidR="000669E0" w:rsidRDefault="000669E0" w:rsidP="000669E0">
      <w:pPr>
        <w:pStyle w:val="NormalWeb"/>
        <w:spacing w:before="0" w:beforeAutospacing="0" w:after="0" w:afterAutospacing="0"/>
      </w:pPr>
    </w:p>
    <w:p w14:paraId="0618520A" w14:textId="77777777" w:rsidR="000669E0" w:rsidRPr="00B978F9" w:rsidRDefault="000669E0" w:rsidP="00B978F9">
      <w:pPr>
        <w:pStyle w:val="Heading3"/>
        <w:spacing w:before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78F9">
        <w:rPr>
          <w:rStyle w:val="Strong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OFFICIAL INVITATION LETTER</w:t>
      </w:r>
    </w:p>
    <w:p w14:paraId="6E10014D" w14:textId="54350769" w:rsidR="000669E0" w:rsidRDefault="000669E0" w:rsidP="00B978F9">
      <w:pPr>
        <w:pStyle w:val="NormalWeb"/>
        <w:spacing w:before="0" w:beforeAutospacing="0"/>
      </w:pPr>
      <w:r>
        <w:t xml:space="preserve">Dear </w:t>
      </w:r>
      <w:r>
        <w:rPr>
          <w:rStyle w:val="Strong"/>
        </w:rPr>
        <w:t>Cynthia</w:t>
      </w:r>
      <w:r>
        <w:t>,</w:t>
      </w:r>
    </w:p>
    <w:p w14:paraId="770EE599" w14:textId="717702DF" w:rsidR="000669E0" w:rsidRDefault="000669E0" w:rsidP="000669E0">
      <w:pPr>
        <w:pStyle w:val="NormalWeb"/>
        <w:jc w:val="both"/>
      </w:pPr>
      <w:r>
        <w:t xml:space="preserve">On behalf of the Organizing Committee of the </w:t>
      </w:r>
      <w:r>
        <w:rPr>
          <w:rStyle w:val="Strong"/>
        </w:rPr>
        <w:t>Kenya–USA Tech Forum (KUSAT)</w:t>
      </w:r>
      <w:r>
        <w:t xml:space="preserve">, we are pleased to invite you to participate in the </w:t>
      </w:r>
      <w:r>
        <w:rPr>
          <w:rStyle w:val="Strong"/>
        </w:rPr>
        <w:t>Diaspora Innovation &amp; AI Conference (DIAC) 2026</w:t>
      </w:r>
      <w:r>
        <w:t xml:space="preserve">, scheduled to be held in </w:t>
      </w:r>
      <w:r>
        <w:rPr>
          <w:rStyle w:val="Strong"/>
        </w:rPr>
        <w:t>Washington, D.C., USA</w:t>
      </w:r>
      <w:r>
        <w:t xml:space="preserve">, on </w:t>
      </w:r>
      <w:r>
        <w:rPr>
          <w:rStyle w:val="Strong"/>
        </w:rPr>
        <w:t>June 25–26, 2026</w:t>
      </w:r>
      <w:r>
        <w:t>.</w:t>
      </w:r>
    </w:p>
    <w:p w14:paraId="118B1DBD" w14:textId="7DB60883" w:rsidR="000669E0" w:rsidRDefault="000669E0" w:rsidP="000669E0">
      <w:pPr>
        <w:pStyle w:val="NormalWeb"/>
        <w:jc w:val="both"/>
      </w:pPr>
      <w:r>
        <w:t xml:space="preserve">The conference is expected to bring together </w:t>
      </w:r>
      <w:r>
        <w:rPr>
          <w:rStyle w:val="Strong"/>
        </w:rPr>
        <w:t>diaspora scholars, students, policymakers, industry leaders, and innovators</w:t>
      </w:r>
      <w:r>
        <w:t xml:space="preserve"> to foster dialogue and advance transformative solutions in STEM, AI, innovation, and global development.</w:t>
      </w:r>
    </w:p>
    <w:p w14:paraId="21009894" w14:textId="77777777" w:rsidR="000669E0" w:rsidRDefault="000669E0" w:rsidP="000669E0">
      <w:pPr>
        <w:pStyle w:val="NormalWeb"/>
        <w:jc w:val="both"/>
      </w:pPr>
      <w:r>
        <w:t xml:space="preserve">Please make your own arrangements for </w:t>
      </w:r>
      <w:r>
        <w:rPr>
          <w:rStyle w:val="Strong"/>
        </w:rPr>
        <w:t>accommodation</w:t>
      </w:r>
      <w:r>
        <w:t xml:space="preserve"> and </w:t>
      </w:r>
      <w:r>
        <w:rPr>
          <w:rStyle w:val="Strong"/>
        </w:rPr>
        <w:t>transportation</w:t>
      </w:r>
      <w:r>
        <w:t xml:space="preserve"> during the conference. We will provide meals and coffee breaks only to registered participants on the Conference Days.</w:t>
      </w:r>
    </w:p>
    <w:p w14:paraId="2EEA3318" w14:textId="77777777" w:rsidR="000669E0" w:rsidRDefault="000669E0" w:rsidP="000669E0">
      <w:pPr>
        <w:pStyle w:val="NormalWeb"/>
        <w:jc w:val="both"/>
      </w:pPr>
      <w:r>
        <w:t xml:space="preserve">To ensure your participation, it is </w:t>
      </w:r>
      <w:r>
        <w:rPr>
          <w:rStyle w:val="Strong"/>
        </w:rPr>
        <w:t>mandatory to confirm your attendance prior to the conference</w:t>
      </w:r>
      <w:r>
        <w:t xml:space="preserve"> to guarantee your seat and catering arrangements.</w:t>
      </w:r>
    </w:p>
    <w:p w14:paraId="286BD8D6" w14:textId="77777777" w:rsidR="000669E0" w:rsidRDefault="000669E0" w:rsidP="000669E0">
      <w:pPr>
        <w:pStyle w:val="NormalWeb"/>
        <w:jc w:val="both"/>
      </w:pPr>
      <w:r>
        <w:t xml:space="preserve">To attend the conference, kindly bring a </w:t>
      </w:r>
      <w:r>
        <w:rPr>
          <w:rStyle w:val="Strong"/>
        </w:rPr>
        <w:t>printed invitation letter</w:t>
      </w:r>
      <w:r>
        <w:t xml:space="preserve"> and a </w:t>
      </w:r>
      <w:r>
        <w:rPr>
          <w:rStyle w:val="Strong"/>
        </w:rPr>
        <w:t>valid photo ID (Passport)</w:t>
      </w:r>
      <w:r>
        <w:t xml:space="preserve"> on the day of the event. These documents are required for admission and security verification.</w:t>
      </w:r>
    </w:p>
    <w:p w14:paraId="2E930620" w14:textId="66805550" w:rsidR="000669E0" w:rsidRDefault="000669E0" w:rsidP="00B978F9">
      <w:pPr>
        <w:pStyle w:val="NormalWeb"/>
        <w:jc w:val="both"/>
      </w:pPr>
      <w:r>
        <w:t xml:space="preserve">Should you require additional information or </w:t>
      </w:r>
      <w:r>
        <w:rPr>
          <w:rStyle w:val="Strong"/>
        </w:rPr>
        <w:t>supporting documents for visa processing or travel</w:t>
      </w:r>
      <w:r>
        <w:t xml:space="preserve">, please contact </w:t>
      </w:r>
      <w:r>
        <w:t>us</w:t>
      </w:r>
      <w:r>
        <w:t>.</w:t>
      </w:r>
      <w:r w:rsidR="00B978F9">
        <w:t xml:space="preserve"> </w:t>
      </w:r>
      <w:r>
        <w:t xml:space="preserve">We look forward to your valued participation at </w:t>
      </w:r>
      <w:r>
        <w:rPr>
          <w:rStyle w:val="Strong"/>
        </w:rPr>
        <w:t>DIAC 2026.</w:t>
      </w:r>
    </w:p>
    <w:p w14:paraId="72287DCF" w14:textId="21CB694A" w:rsidR="00B978F9" w:rsidRDefault="00B978F9" w:rsidP="00B978F9">
      <w:pPr>
        <w:pStyle w:val="NormalWeb"/>
        <w:spacing w:before="0" w:beforeAutospacing="0" w:after="0" w:afterAutospacing="0"/>
      </w:pPr>
      <w:r>
        <w:rPr>
          <w:rStyle w:val="Strong"/>
        </w:rPr>
        <w:t>Kind</w:t>
      </w:r>
      <w:r w:rsidR="000669E0">
        <w:rPr>
          <w:rStyle w:val="Strong"/>
        </w:rPr>
        <w:t xml:space="preserve"> regards,</w:t>
      </w:r>
      <w:r w:rsidR="000669E0">
        <w:br/>
      </w:r>
      <w:r w:rsidR="000669E0">
        <w:rPr>
          <w:rStyle w:val="Strong"/>
        </w:rPr>
        <w:t>G. O. Ouma, PhD</w:t>
      </w:r>
      <w:r w:rsidR="000669E0">
        <w:br/>
        <w:t>Chairman, Kenya–USA Tech Forum (KUSAT)</w:t>
      </w:r>
      <w:r w:rsidR="000669E0">
        <w:br/>
      </w:r>
    </w:p>
    <w:p w14:paraId="3BD5206F" w14:textId="77777777" w:rsidR="00B978F9" w:rsidRDefault="000669E0" w:rsidP="00B978F9">
      <w:pPr>
        <w:pStyle w:val="NormalWeb"/>
        <w:spacing w:before="0" w:beforeAutospacing="0" w:after="0" w:afterAutospacing="0"/>
      </w:pPr>
      <w:r>
        <w:rPr>
          <w:rStyle w:val="Strong"/>
        </w:rPr>
        <w:t>To verify your invitation letter, visit:</w:t>
      </w:r>
      <w:r>
        <w:t xml:space="preserve"> </w:t>
      </w:r>
      <w:hyperlink r:id="rId8" w:tgtFrame="_new" w:history="1">
        <w:r>
          <w:rPr>
            <w:rStyle w:val="Hyperlink"/>
          </w:rPr>
          <w:t>www.kusat.tech</w:t>
        </w:r>
      </w:hyperlink>
    </w:p>
    <w:p w14:paraId="3ACA07F7" w14:textId="348F095A" w:rsidR="000669E0" w:rsidRDefault="000669E0" w:rsidP="00B978F9">
      <w:pPr>
        <w:pStyle w:val="NormalWeb"/>
        <w:spacing w:before="0" w:beforeAutospacing="0" w:after="0" w:afterAutospacing="0"/>
      </w:pPr>
      <w:r>
        <w:rPr>
          <w:rStyle w:val="Strong"/>
        </w:rPr>
        <w:t>CC:</w:t>
      </w:r>
      <w:r>
        <w:t xml:space="preserve"> Embassy of the United States, Nairobi</w:t>
      </w:r>
      <w:r w:rsidR="00B978F9">
        <w:t>.</w:t>
      </w:r>
    </w:p>
    <w:p w14:paraId="7FD12957" w14:textId="327F5177" w:rsidR="002951C1" w:rsidRDefault="00000000">
      <w:r>
        <w:br/>
      </w:r>
    </w:p>
    <w:sectPr w:rsidR="002951C1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8B2C80" w14:textId="77777777" w:rsidR="003041D4" w:rsidRDefault="003041D4" w:rsidP="000669E0">
      <w:pPr>
        <w:spacing w:after="0" w:line="240" w:lineRule="auto"/>
      </w:pPr>
      <w:r>
        <w:separator/>
      </w:r>
    </w:p>
  </w:endnote>
  <w:endnote w:type="continuationSeparator" w:id="0">
    <w:p w14:paraId="2B8BA552" w14:textId="77777777" w:rsidR="003041D4" w:rsidRDefault="003041D4" w:rsidP="00066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B6F18" w14:textId="0C565179" w:rsidR="000669E0" w:rsidRDefault="00B978F9">
    <w:pPr>
      <w:pStyle w:val="Footer"/>
    </w:pPr>
    <w:r>
      <w:t xml:space="preserve">                    </w:t>
    </w:r>
    <w:r w:rsidR="000669E0">
      <w:t xml:space="preserve">www.kusat.tech| </w:t>
    </w:r>
    <w:proofErr w:type="spellStart"/>
    <w:r w:rsidR="000669E0">
      <w:t>info@kusat.tech</w:t>
    </w:r>
    <w:proofErr w:type="spellEnd"/>
    <w:r w:rsidR="000669E0">
      <w:t xml:space="preserve"> | +254725 271033 | +1425 766 4431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A50D5E" w14:textId="77777777" w:rsidR="003041D4" w:rsidRDefault="003041D4" w:rsidP="000669E0">
      <w:pPr>
        <w:spacing w:after="0" w:line="240" w:lineRule="auto"/>
      </w:pPr>
      <w:r>
        <w:separator/>
      </w:r>
    </w:p>
  </w:footnote>
  <w:footnote w:type="continuationSeparator" w:id="0">
    <w:p w14:paraId="3EF125C7" w14:textId="77777777" w:rsidR="003041D4" w:rsidRDefault="003041D4" w:rsidP="00066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A7632" w14:textId="477469E6" w:rsidR="000669E0" w:rsidRPr="000669E0" w:rsidRDefault="000669E0" w:rsidP="00B978F9">
    <w:pPr>
      <w:pStyle w:val="NormalWeb"/>
      <w:spacing w:after="0" w:afterAutospacing="0"/>
      <w:jc w:val="center"/>
      <w:rPr>
        <w:b/>
        <w:bCs/>
      </w:rPr>
    </w:pPr>
    <w:r w:rsidRPr="000669E0">
      <w:rPr>
        <w:b/>
        <w:bCs/>
      </w:rPr>
      <w:t>KENYA—USA TECH FORUM (KUSAT)</w:t>
    </w:r>
    <w:r>
      <w:br/>
    </w:r>
    <w:r>
      <w:br/>
    </w:r>
    <w:r w:rsidRPr="000669E0">
      <w:t xml:space="preserve">“Connecting Global Talent, Driving Innovation, Shaping the Future, and </w:t>
    </w:r>
    <w:r w:rsidRPr="000669E0">
      <w:t>Strengthening</w:t>
    </w:r>
    <w:r w:rsidRPr="000669E0">
      <w:br/>
    </w:r>
    <w:r w:rsidR="00B978F9" w:rsidRPr="000669E0">
      <w:t>Diaspora</w:t>
    </w:r>
    <w:r w:rsidRPr="000669E0">
      <w:t xml:space="preserve"> Engagement”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5789929">
    <w:abstractNumId w:val="8"/>
  </w:num>
  <w:num w:numId="2" w16cid:durableId="1983609300">
    <w:abstractNumId w:val="6"/>
  </w:num>
  <w:num w:numId="3" w16cid:durableId="1919636767">
    <w:abstractNumId w:val="5"/>
  </w:num>
  <w:num w:numId="4" w16cid:durableId="42868332">
    <w:abstractNumId w:val="4"/>
  </w:num>
  <w:num w:numId="5" w16cid:durableId="2088140616">
    <w:abstractNumId w:val="7"/>
  </w:num>
  <w:num w:numId="6" w16cid:durableId="949433109">
    <w:abstractNumId w:val="3"/>
  </w:num>
  <w:num w:numId="7" w16cid:durableId="940722855">
    <w:abstractNumId w:val="2"/>
  </w:num>
  <w:num w:numId="8" w16cid:durableId="1825273468">
    <w:abstractNumId w:val="1"/>
  </w:num>
  <w:num w:numId="9" w16cid:durableId="18993176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669E0"/>
    <w:rsid w:val="0015074B"/>
    <w:rsid w:val="002951C1"/>
    <w:rsid w:val="0029639D"/>
    <w:rsid w:val="003041D4"/>
    <w:rsid w:val="00326F90"/>
    <w:rsid w:val="00AA1D8D"/>
    <w:rsid w:val="00AD1DD1"/>
    <w:rsid w:val="00B47730"/>
    <w:rsid w:val="00B978F9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FE5454C"/>
  <w14:defaultImageDpi w14:val="300"/>
  <w15:docId w15:val="{51F514ED-934F-AD47-AC19-0993CDF7D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unhideWhenUsed/>
    <w:rsid w:val="000669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669E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usat.tec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SEVENETT</cp:lastModifiedBy>
  <cp:revision>2</cp:revision>
  <dcterms:created xsi:type="dcterms:W3CDTF">2025-12-26T19:36:00Z</dcterms:created>
  <dcterms:modified xsi:type="dcterms:W3CDTF">2025-12-26T19:36:00Z</dcterms:modified>
  <cp:category/>
</cp:coreProperties>
</file>